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Chicago, IL | (312) 555-0164 | laurie.bream@email.com | linkedin.com/in/lauriebream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Production Stage Manager | LORT B and C | AEA | 7 Seasons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Production stage manager with 7 seasons across LORT B and C houses and opera festival contracts, and a member of Actors' Equity Association since 2020. Holds full seasons of 5 to 6 productions, calling casts of up to 22 and crews of up to 18 on shows running 180 to 220 cues. Supervises stage management teams of up to 3 ASMs and owns the calling book from first rehearsal through closing.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CREDENTIALS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Member, Actors' Equity Association (AEA)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Rehearsal &amp; Performance Mechanics: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Calling cues, Blocking notation, Prompt book maintenance, Technical and dress rehearsals, Load-in and load-out coordination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Paperwork &amp; Documentation: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Rehearsal reports, Daily calls, Contact sheets, Production schedules, Score reading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Software &amp; 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QLab, Vectorworks, ProductionPro, Propared, Microsoft Project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Company &amp; Crew Management: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Supervisory stage management, Orchestra coordination, Cast and crew scheduling, Cross-department communication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PRODUCTION 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Lakefront Repertory Theatre (LORT B) — Chicago, IL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Production Stage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2022 - Present, 4 Seasons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Production stage managed 4 consecutive LORT B seasons, 20 productions total, supervising 2 to 3 ASMs per show and calling an average of 190 cues across casts of 8 to 22.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daily production meetings and maintained the calling book across 5-week rehearsal processes and 10-week runs, tracking budget lines for props and rehearsal furniture.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Advanced tech and dress rehearsals for a 6-show season on a rotating repertory schedule with zero missed cue-to-cue sessions.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Millbrook Opera Festival — Evanston, IL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Stage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2019 - 2022, 3 Seasons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stage management for 3 opera festival seasons, calling scores for casts of 30-plus alongside a 42-piece orchestra.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daily calls and rehearsal reports across 8 weeks of overlapping rehearsals for 2 productions in repertory each season.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Continental Touring Company — National Tour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Assistant Stage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2016 - 2019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Advanced load-in and load-out schedules across 22 tour stops, coordinating with local crews averaging 20 hands per venue.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Supported calling on 6 shows weekly on a national tour, maintaining a consistent 200-cue show across venues with different rigging and sightlines.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B.A. Theatre, Northwestern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