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Monica Hall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Palo Alto, CA | (650) 555-0187 | monica.hall@stanford.edu | linkedin.com/in/monicahall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Graduate Teaching Assistant | Political Theory | 3 Semesters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Graduate Teaching Assistant in Political Science with 3 semesters facilitating discussion sections for a 90-student Political Theory lecture. Redesigned discussion prompts and grading rubrics, raising participation grades by 15% while cutting essay-feedback turnaround from 10 days to 5.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Stanford University, Department of Political Science — Stanford,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Graduate Teaching Assistant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Sep 2024 -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Facilitated 3 weekly discussion sections for a 90-student Political Theory lecture, designing prompts that raised participation grades by 15%.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Graded 60 argumentative essays per assignment cycle using a shared departmental rubric, providing written feedback within one week.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Held weekly office hours for 45 students across 3 sections, resolving conceptual gaps that raised the sections' average exam score by 8 points.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Stanford University, Department of Political Science — Stanford,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Graduate Teaching Assistant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Sep 2023 - Jun 2024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Moderated a Canvas discussion board for a 60-student hybrid course, responding to student questions within 24 hours on average.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Co-developed a midterm review packet adopted by 2 other sections in the department.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Instructional: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Discussion facilitation, Rubric design, Exam proctoring, One-on-one student conferencing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Technical / Platform: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Canvas, Gradescope, Zoom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Soft / Interpersonal: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Conflict de-escalation during grade disputes, Mentoring first-generation students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Administrative: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Office hours scheduling, Gradebook recordkeeping, FERPA-aware student records handling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M.A. Political Science (in progress), Stanford University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B.A. Political Science, University of California, Los Angeles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