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Dinesh Chugtai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Columbus, OH | (614) 555-0138 | dinesh.chugtai@email.com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Warehouse Associate | Order Picking, Packing &amp; RF Scanning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Warehouse associate with 10 months' experience picking and packing orders in a 200,000 sq ft fulfillment center, backed by a year of overnight retail stocking. Comfortable on RF scanner-guided picking systems, FIFO stock rotation, and hitting per-shift quotas without sacrificing accuracy. Looking to bring that pace and accuracy to a higher-volume distribution role.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Endframe Fulfillment Center — Columbus, OH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Order Picker/Packer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Nov 2025 -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Picked and packed an average of 145 orders per shift using an RF scanner-guided picking system, maintaining 99.3% order accuracy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Verified outbound orders against packing slips before staging, catching and correcting 15+ mis-picks per week before they reached shipping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Rotated stock using FIFO procedures across 3,000+ SKUs, cutting near-date product loss on the assigned pick line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Loaded and unloaded pallet jacks to restock 20+ pick faces per shift, keeping high-velocity SKUs in reach during peak order windows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Bachmanity Grocery — Columbus, OH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Overnight Stock Associate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Sep 2024 - Oct 2025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Restocked and organized 200+ SKUs nightly during the overnight shift, working independently to meet a 5 a.m. floor-ready deadline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Lifted and moved cases up to 50 lbs repeatedly across 8-hour shifts while keeping pace with a 4-person overnight crew's quota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Hard Skills: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RF scanner &amp; barcode scanning, Order picking &amp; packing accuracy, FIFO stock rotation, Pallet jack (manual), Basic computer skills &amp; data entry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Soft Skills: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Communication under noise (radio, hand signals), Teamwork on shared pick lines, Physical stamina across 8-hour shifts, Time management under shift quotas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OSHA 10-Hour General Industry Safety Card, issued 2025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