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Denver, CO | (303) 555-0148 | dinesh.chugtai@email.com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Wealth Management Associate | Client Onboarding &amp; HNW Support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Wealth management associate with two years supporting a four-advisor team managing $210M in client assets across 140 HNW households. Handles KYC and suitability documentation, portfolio review scheduling, and CRM data integrity. SIE passed, Series 7 in progress, working toward a client-facing advisor role.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Wealth Partners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Wealth Management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 a 4-advisor team managing $210M AUM across 140 HNW households by preparing onboarding paperwork, KYC documentation, and suitability reviews for 25+ new accounts annually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 and prep materials for 90+ annual portfolio review meetings, drafting meeting summaries and follow-up action items tracked in Redtail CRM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Corrected and updated 300+ client records during a Q1 2026 CRM data-cleanup project ahead of the firm's RIA compliance audit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Shadowed lead advisor in 20+ client meetings and logged trade requests under supervision while completing SIE and preparing for Series 7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Credit Union — Denver, CO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Member Service Representative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2022 - May 2024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Opened and serviced 500+ retail deposit and IRA accounts, referring members with $250K+ in investable assets to the credit union's wealth management desk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Ranked 2nd of 12 representatives on cross-sell rate for retirement and investment products in 2023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Client Support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KYC &amp; Suitability Documentation, Client Onboarding, Account Opening, Portfolio Review Coordination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CRM &amp; 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Redtail, Salesforce Financial Services Cloud, Advanced Excel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Concepts: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AUM Reporting, HNW Client Service, Discretionary/Non-Discretionary Accounts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SIE (Securities Industry Essentials) - Passed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Series 7 (In Progress, exam scheduled March 2027)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Finance, University of Colorado Denver, 2024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